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86D8E5" w14:textId="77777777" w:rsidR="00B37908" w:rsidRPr="00AB75D6" w:rsidRDefault="00722C07">
      <w:pPr>
        <w:spacing w:after="40"/>
        <w:jc w:val="center"/>
        <w:rPr>
          <w:lang w:val="nl-NL"/>
        </w:rPr>
      </w:pPr>
      <w:r w:rsidRPr="00AB75D6">
        <w:rPr>
          <w:b/>
          <w:sz w:val="40"/>
          <w:lang w:val="nl-NL"/>
        </w:rPr>
        <w:t>Mijn ideale klassenrobot</w:t>
      </w:r>
    </w:p>
    <w:p w14:paraId="433B91A6" w14:textId="77777777" w:rsidR="00B37908" w:rsidRPr="00AB75D6" w:rsidRDefault="00722C07">
      <w:pPr>
        <w:spacing w:after="360"/>
        <w:jc w:val="center"/>
        <w:rPr>
          <w:lang w:val="nl-NL"/>
        </w:rPr>
      </w:pPr>
      <w:r w:rsidRPr="00AB75D6">
        <w:rPr>
          <w:lang w:val="nl-NL"/>
        </w:rPr>
        <w:t>Wat moet jouw robot kunnen om van de klas een fijne groep te maken?</w:t>
      </w:r>
    </w:p>
    <w:p w14:paraId="5F4F5995" w14:textId="77777777" w:rsidR="00B37908" w:rsidRPr="00AB75D6" w:rsidRDefault="00722C07">
      <w:pPr>
        <w:pBdr>
          <w:bottom w:val="single" w:sz="6" w:space="1" w:color="000000"/>
        </w:pBdr>
        <w:tabs>
          <w:tab w:val="left" w:pos="765"/>
        </w:tabs>
        <w:spacing w:after="360"/>
        <w:rPr>
          <w:lang w:val="nl-NL"/>
        </w:rPr>
      </w:pPr>
      <w:r w:rsidRPr="00AB75D6">
        <w:rPr>
          <w:lang w:val="nl-NL"/>
        </w:rPr>
        <w:t>Naam:</w:t>
      </w:r>
      <w:r w:rsidRPr="00AB75D6">
        <w:rPr>
          <w:lang w:val="nl-NL"/>
        </w:rPr>
        <w:tab/>
        <w:t xml:space="preserve">                                                                                                         </w:t>
      </w:r>
    </w:p>
    <w:p w14:paraId="022C7F86" w14:textId="4CD48EE6" w:rsidR="00B37908" w:rsidRPr="00AB75D6" w:rsidRDefault="00AB75D6">
      <w:pPr>
        <w:spacing w:after="60"/>
        <w:rPr>
          <w:lang w:val="nl-NL"/>
        </w:rPr>
      </w:pPr>
      <w:r>
        <w:rPr>
          <w:b/>
          <w:sz w:val="26"/>
          <w:lang w:val="nl-NL"/>
        </w:rPr>
        <w:br/>
      </w:r>
      <w:r>
        <w:rPr>
          <w:b/>
          <w:sz w:val="26"/>
          <w:lang w:val="nl-NL"/>
        </w:rPr>
        <w:br/>
      </w:r>
      <w:r w:rsidR="00722C07" w:rsidRPr="00AB75D6">
        <w:rPr>
          <w:b/>
          <w:sz w:val="26"/>
          <w:lang w:val="nl-NL"/>
        </w:rPr>
        <w:t>Mijn ideale klassenrobot</w:t>
      </w:r>
    </w:p>
    <w:p w14:paraId="2F54CC3F" w14:textId="6E562C3D" w:rsidR="00AB75D6" w:rsidRDefault="00722C07">
      <w:pPr>
        <w:rPr>
          <w:lang w:val="nl-NL"/>
        </w:rPr>
      </w:pPr>
      <w:r w:rsidRPr="00AB75D6">
        <w:rPr>
          <w:lang w:val="nl-NL"/>
        </w:rPr>
        <w:t>Schrijf kort wat jouw robot doet en hoe hij helpt in de klas.</w:t>
      </w:r>
    </w:p>
    <w:p w14:paraId="1B1201CC" w14:textId="77777777" w:rsidR="00AB75D6" w:rsidRPr="00AB75D6" w:rsidRDefault="00AB75D6">
      <w:pPr>
        <w:rPr>
          <w:lang w:val="nl-NL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9628"/>
      </w:tblGrid>
      <w:tr w:rsidR="00B37908" w:rsidRPr="00740745" w14:paraId="220F381E" w14:textId="77777777" w:rsidTr="00AB75D6">
        <w:trPr>
          <w:trHeight w:hRule="exact" w:val="403"/>
        </w:trPr>
        <w:tc>
          <w:tcPr>
            <w:tcW w:w="9628" w:type="dxa"/>
            <w:tcBorders>
              <w:top w:val="nil"/>
              <w:left w:val="nil"/>
              <w:bottom w:val="single" w:sz="8" w:space="0" w:color="A0A0A0"/>
              <w:right w:val="nil"/>
            </w:tcBorders>
          </w:tcPr>
          <w:p w14:paraId="2D95BBC5" w14:textId="252E29AE" w:rsidR="00B37908" w:rsidRDefault="00AB75D6">
            <w:pPr>
              <w:rPr>
                <w:lang w:val="nl-NL"/>
              </w:rPr>
            </w:pPr>
            <w:r>
              <w:rPr>
                <w:lang w:val="nl-NL"/>
              </w:rPr>
              <w:br/>
            </w:r>
            <w:r>
              <w:rPr>
                <w:lang w:val="nl-NL"/>
              </w:rPr>
              <w:br/>
            </w:r>
          </w:p>
          <w:p w14:paraId="25D972A0" w14:textId="77777777" w:rsidR="00AB75D6" w:rsidRPr="00AB75D6" w:rsidRDefault="00AB75D6">
            <w:pPr>
              <w:rPr>
                <w:lang w:val="nl-NL"/>
              </w:rPr>
            </w:pPr>
          </w:p>
        </w:tc>
      </w:tr>
      <w:tr w:rsidR="00B37908" w:rsidRPr="00740745" w14:paraId="4130C99D" w14:textId="77777777" w:rsidTr="00AB75D6">
        <w:trPr>
          <w:trHeight w:hRule="exact" w:val="403"/>
        </w:trPr>
        <w:tc>
          <w:tcPr>
            <w:tcW w:w="9628" w:type="dxa"/>
            <w:tcBorders>
              <w:top w:val="nil"/>
              <w:left w:val="nil"/>
              <w:bottom w:val="single" w:sz="8" w:space="0" w:color="A0A0A0"/>
              <w:right w:val="nil"/>
            </w:tcBorders>
          </w:tcPr>
          <w:p w14:paraId="352F3021" w14:textId="77777777" w:rsidR="00B37908" w:rsidRDefault="00B37908">
            <w:pPr>
              <w:rPr>
                <w:lang w:val="nl-NL"/>
              </w:rPr>
            </w:pPr>
          </w:p>
          <w:p w14:paraId="3CE891DE" w14:textId="77777777" w:rsidR="00AB75D6" w:rsidRPr="00AB75D6" w:rsidRDefault="00AB75D6">
            <w:pPr>
              <w:rPr>
                <w:lang w:val="nl-NL"/>
              </w:rPr>
            </w:pPr>
          </w:p>
        </w:tc>
      </w:tr>
      <w:tr w:rsidR="00B37908" w:rsidRPr="00740745" w14:paraId="09C243C1" w14:textId="77777777" w:rsidTr="00AB75D6">
        <w:trPr>
          <w:trHeight w:hRule="exact" w:val="403"/>
        </w:trPr>
        <w:tc>
          <w:tcPr>
            <w:tcW w:w="9628" w:type="dxa"/>
            <w:tcBorders>
              <w:top w:val="nil"/>
              <w:left w:val="nil"/>
              <w:bottom w:val="single" w:sz="8" w:space="0" w:color="A0A0A0"/>
              <w:right w:val="nil"/>
            </w:tcBorders>
          </w:tcPr>
          <w:p w14:paraId="07B36F52" w14:textId="77777777" w:rsidR="00B37908" w:rsidRPr="00AB75D6" w:rsidRDefault="00B37908">
            <w:pPr>
              <w:rPr>
                <w:lang w:val="nl-NL"/>
              </w:rPr>
            </w:pPr>
          </w:p>
        </w:tc>
      </w:tr>
      <w:tr w:rsidR="00B37908" w:rsidRPr="00740745" w14:paraId="3B74B286" w14:textId="77777777" w:rsidTr="00AB75D6">
        <w:trPr>
          <w:trHeight w:hRule="exact" w:val="403"/>
        </w:trPr>
        <w:tc>
          <w:tcPr>
            <w:tcW w:w="9628" w:type="dxa"/>
            <w:tcBorders>
              <w:top w:val="nil"/>
              <w:left w:val="nil"/>
              <w:bottom w:val="single" w:sz="8" w:space="0" w:color="A0A0A0"/>
              <w:right w:val="nil"/>
            </w:tcBorders>
          </w:tcPr>
          <w:p w14:paraId="7CAE07F8" w14:textId="77777777" w:rsidR="00B37908" w:rsidRPr="00AB75D6" w:rsidRDefault="00B37908">
            <w:pPr>
              <w:rPr>
                <w:lang w:val="nl-NL"/>
              </w:rPr>
            </w:pPr>
          </w:p>
        </w:tc>
      </w:tr>
      <w:tr w:rsidR="00B37908" w:rsidRPr="00740745" w14:paraId="7DDC7354" w14:textId="77777777" w:rsidTr="00AB75D6">
        <w:trPr>
          <w:trHeight w:hRule="exact" w:val="403"/>
        </w:trPr>
        <w:tc>
          <w:tcPr>
            <w:tcW w:w="9628" w:type="dxa"/>
            <w:tcBorders>
              <w:top w:val="nil"/>
              <w:left w:val="nil"/>
              <w:bottom w:val="single" w:sz="8" w:space="0" w:color="A0A0A0"/>
              <w:right w:val="nil"/>
            </w:tcBorders>
          </w:tcPr>
          <w:p w14:paraId="06F19B38" w14:textId="77777777" w:rsidR="00B37908" w:rsidRPr="00AB75D6" w:rsidRDefault="00B37908">
            <w:pPr>
              <w:rPr>
                <w:lang w:val="nl-NL"/>
              </w:rPr>
            </w:pPr>
          </w:p>
        </w:tc>
      </w:tr>
      <w:tr w:rsidR="00B37908" w:rsidRPr="00740745" w14:paraId="20676593" w14:textId="77777777" w:rsidTr="00AB75D6">
        <w:trPr>
          <w:trHeight w:hRule="exact" w:val="403"/>
        </w:trPr>
        <w:tc>
          <w:tcPr>
            <w:tcW w:w="9628" w:type="dxa"/>
            <w:tcBorders>
              <w:top w:val="nil"/>
              <w:left w:val="nil"/>
              <w:bottom w:val="single" w:sz="8" w:space="0" w:color="A0A0A0"/>
              <w:right w:val="nil"/>
            </w:tcBorders>
          </w:tcPr>
          <w:p w14:paraId="0D41625E" w14:textId="77777777" w:rsidR="00B37908" w:rsidRPr="00AB75D6" w:rsidRDefault="00B37908">
            <w:pPr>
              <w:rPr>
                <w:lang w:val="nl-NL"/>
              </w:rPr>
            </w:pPr>
          </w:p>
        </w:tc>
      </w:tr>
      <w:tr w:rsidR="00B37908" w:rsidRPr="00740745" w14:paraId="4315A6A8" w14:textId="77777777" w:rsidTr="00AB75D6">
        <w:trPr>
          <w:trHeight w:hRule="exact" w:val="403"/>
        </w:trPr>
        <w:tc>
          <w:tcPr>
            <w:tcW w:w="9628" w:type="dxa"/>
            <w:tcBorders>
              <w:top w:val="nil"/>
              <w:left w:val="nil"/>
              <w:bottom w:val="nil"/>
              <w:right w:val="nil"/>
            </w:tcBorders>
          </w:tcPr>
          <w:p w14:paraId="39B07F6F" w14:textId="77777777" w:rsidR="00B37908" w:rsidRPr="00AB75D6" w:rsidRDefault="00B37908">
            <w:pPr>
              <w:rPr>
                <w:lang w:val="nl-NL"/>
              </w:rPr>
            </w:pPr>
          </w:p>
        </w:tc>
      </w:tr>
      <w:tr w:rsidR="00AB75D6" w:rsidRPr="00740745" w14:paraId="2398E48C" w14:textId="77777777" w:rsidTr="00AB75D6">
        <w:trPr>
          <w:trHeight w:hRule="exact" w:val="403"/>
        </w:trPr>
        <w:tc>
          <w:tcPr>
            <w:tcW w:w="9628" w:type="dxa"/>
            <w:tcBorders>
              <w:top w:val="nil"/>
              <w:left w:val="nil"/>
              <w:bottom w:val="nil"/>
              <w:right w:val="nil"/>
            </w:tcBorders>
          </w:tcPr>
          <w:p w14:paraId="09B94501" w14:textId="77777777" w:rsidR="00AB75D6" w:rsidRPr="00AB75D6" w:rsidRDefault="00AB75D6">
            <w:pPr>
              <w:rPr>
                <w:lang w:val="nl-NL"/>
              </w:rPr>
            </w:pPr>
          </w:p>
        </w:tc>
      </w:tr>
      <w:tr w:rsidR="00AB75D6" w:rsidRPr="00740745" w14:paraId="0DCC78C5" w14:textId="77777777" w:rsidTr="00AB75D6">
        <w:trPr>
          <w:trHeight w:hRule="exact" w:val="403"/>
        </w:trPr>
        <w:tc>
          <w:tcPr>
            <w:tcW w:w="9628" w:type="dxa"/>
            <w:tcBorders>
              <w:top w:val="nil"/>
              <w:left w:val="nil"/>
              <w:bottom w:val="nil"/>
              <w:right w:val="nil"/>
            </w:tcBorders>
          </w:tcPr>
          <w:p w14:paraId="6893EBDD" w14:textId="4FAB0138" w:rsidR="00AB75D6" w:rsidRPr="00AB75D6" w:rsidRDefault="00AB75D6">
            <w:pPr>
              <w:rPr>
                <w:lang w:val="nl-NL"/>
              </w:rPr>
            </w:pPr>
          </w:p>
        </w:tc>
      </w:tr>
      <w:tr w:rsidR="00AB75D6" w:rsidRPr="00740745" w14:paraId="205E8B2D" w14:textId="77777777" w:rsidTr="00AB75D6">
        <w:trPr>
          <w:trHeight w:hRule="exact" w:val="403"/>
        </w:trPr>
        <w:tc>
          <w:tcPr>
            <w:tcW w:w="9628" w:type="dxa"/>
            <w:tcBorders>
              <w:top w:val="nil"/>
              <w:left w:val="nil"/>
              <w:bottom w:val="nil"/>
              <w:right w:val="nil"/>
            </w:tcBorders>
          </w:tcPr>
          <w:p w14:paraId="6613CAF8" w14:textId="77777777" w:rsidR="00AB75D6" w:rsidRPr="00AB75D6" w:rsidRDefault="00AB75D6">
            <w:pPr>
              <w:rPr>
                <w:lang w:val="nl-NL"/>
              </w:rPr>
            </w:pPr>
          </w:p>
        </w:tc>
      </w:tr>
      <w:tr w:rsidR="00AB75D6" w:rsidRPr="00740745" w14:paraId="56CCA60B" w14:textId="77777777" w:rsidTr="00AB75D6">
        <w:trPr>
          <w:trHeight w:hRule="exact" w:val="403"/>
        </w:trPr>
        <w:tc>
          <w:tcPr>
            <w:tcW w:w="9628" w:type="dxa"/>
            <w:tcBorders>
              <w:top w:val="nil"/>
              <w:left w:val="nil"/>
              <w:bottom w:val="nil"/>
              <w:right w:val="nil"/>
            </w:tcBorders>
          </w:tcPr>
          <w:p w14:paraId="40389C30" w14:textId="77777777" w:rsidR="00AB75D6" w:rsidRPr="00AB75D6" w:rsidRDefault="00AB75D6">
            <w:pPr>
              <w:rPr>
                <w:lang w:val="nl-NL"/>
              </w:rPr>
            </w:pPr>
          </w:p>
        </w:tc>
      </w:tr>
    </w:tbl>
    <w:p w14:paraId="0F1EC27B" w14:textId="77777777" w:rsidR="00AB75D6" w:rsidRDefault="00AB75D6">
      <w:pPr>
        <w:spacing w:before="283" w:after="160"/>
        <w:rPr>
          <w:b/>
          <w:sz w:val="26"/>
          <w:lang w:val="nl-NL"/>
        </w:rPr>
      </w:pPr>
    </w:p>
    <w:p w14:paraId="30A75300" w14:textId="6670C412" w:rsidR="00B37908" w:rsidRPr="00AB75D6" w:rsidRDefault="00722C07">
      <w:pPr>
        <w:spacing w:before="283" w:after="160"/>
        <w:rPr>
          <w:lang w:val="nl-NL"/>
        </w:rPr>
      </w:pPr>
      <w:r w:rsidRPr="00AB75D6">
        <w:rPr>
          <w:b/>
          <w:sz w:val="26"/>
          <w:lang w:val="nl-NL"/>
        </w:rPr>
        <w:t>Zo ziet mijn robot eruit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9598"/>
      </w:tblGrid>
      <w:tr w:rsidR="00B37908" w:rsidRPr="00740745" w14:paraId="7B5F7BB2" w14:textId="77777777" w:rsidTr="00AB75D6">
        <w:trPr>
          <w:trHeight w:hRule="exact" w:val="4253"/>
        </w:trPr>
        <w:tc>
          <w:tcPr>
            <w:tcW w:w="9598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tcMar>
              <w:top w:w="180" w:type="dxa"/>
              <w:left w:w="100" w:type="dxa"/>
              <w:bottom w:w="100" w:type="dxa"/>
              <w:right w:w="100" w:type="dxa"/>
            </w:tcMar>
          </w:tcPr>
          <w:p w14:paraId="1E27E3EB" w14:textId="77777777" w:rsidR="00B37908" w:rsidRPr="00AB75D6" w:rsidRDefault="00722C07">
            <w:pPr>
              <w:jc w:val="center"/>
              <w:rPr>
                <w:lang w:val="nl-NL"/>
              </w:rPr>
            </w:pPr>
            <w:r w:rsidRPr="00AB75D6">
              <w:rPr>
                <w:i/>
                <w:color w:val="919191"/>
                <w:sz w:val="20"/>
                <w:lang w:val="nl-NL"/>
              </w:rPr>
              <w:t>Teken hier jouw ideale klassenrobot</w:t>
            </w:r>
          </w:p>
        </w:tc>
      </w:tr>
    </w:tbl>
    <w:p w14:paraId="191946E4" w14:textId="77777777" w:rsidR="00722C07" w:rsidRPr="00AB75D6" w:rsidRDefault="00722C07">
      <w:pPr>
        <w:rPr>
          <w:lang w:val="nl-NL"/>
        </w:rPr>
      </w:pPr>
    </w:p>
    <w:sectPr w:rsidR="00722C07" w:rsidRPr="00AB75D6" w:rsidSect="00034616">
      <w:pgSz w:w="11906" w:h="16838"/>
      <w:pgMar w:top="765" w:right="1020" w:bottom="68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jstnummering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jstnummering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jstopsomtek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jstopsomtek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148786269">
    <w:abstractNumId w:val="8"/>
  </w:num>
  <w:num w:numId="2" w16cid:durableId="1991445295">
    <w:abstractNumId w:val="6"/>
  </w:num>
  <w:num w:numId="3" w16cid:durableId="1295260730">
    <w:abstractNumId w:val="5"/>
  </w:num>
  <w:num w:numId="4" w16cid:durableId="48842496">
    <w:abstractNumId w:val="4"/>
  </w:num>
  <w:num w:numId="5" w16cid:durableId="473647602">
    <w:abstractNumId w:val="7"/>
  </w:num>
  <w:num w:numId="6" w16cid:durableId="1813594664">
    <w:abstractNumId w:val="3"/>
  </w:num>
  <w:num w:numId="7" w16cid:durableId="581527001">
    <w:abstractNumId w:val="2"/>
  </w:num>
  <w:num w:numId="8" w16cid:durableId="1481342862">
    <w:abstractNumId w:val="1"/>
  </w:num>
  <w:num w:numId="9" w16cid:durableId="5940912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54183A"/>
    <w:rsid w:val="00722C07"/>
    <w:rsid w:val="00740745"/>
    <w:rsid w:val="00AA1D8D"/>
    <w:rsid w:val="00AB75D6"/>
    <w:rsid w:val="00B37908"/>
    <w:rsid w:val="00B47730"/>
    <w:rsid w:val="00C56D67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C9418FE"/>
  <w14:defaultImageDpi w14:val="300"/>
  <w15:docId w15:val="{B4789E1B-0D22-4D29-829F-D7B291731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C693F"/>
    <w:rPr>
      <w:rFonts w:ascii="Arial" w:hAnsi="Arial"/>
    </w:rPr>
  </w:style>
  <w:style w:type="paragraph" w:styleId="Kop1">
    <w:name w:val="heading 1"/>
    <w:basedOn w:val="Standaard"/>
    <w:next w:val="Standaard"/>
    <w:link w:val="Kop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618BF"/>
  </w:style>
  <w:style w:type="paragraph" w:styleId="Voettekst">
    <w:name w:val="footer"/>
    <w:basedOn w:val="Standaard"/>
    <w:link w:val="Voetteks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618BF"/>
  </w:style>
  <w:style w:type="paragraph" w:styleId="Geenafstand">
    <w:name w:val="No Spacing"/>
    <w:uiPriority w:val="1"/>
    <w:qFormat/>
    <w:rsid w:val="00FC693F"/>
    <w:pPr>
      <w:spacing w:after="0" w:line="240" w:lineRule="auto"/>
    </w:pPr>
  </w:style>
  <w:style w:type="character" w:customStyle="1" w:styleId="Kop1Char">
    <w:name w:val="Kop 1 Char"/>
    <w:basedOn w:val="Standaardalinea-lettertype"/>
    <w:link w:val="Kop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el">
    <w:name w:val="Title"/>
    <w:basedOn w:val="Standaard"/>
    <w:next w:val="Standaard"/>
    <w:link w:val="Tite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jstalinea">
    <w:name w:val="List Paragraph"/>
    <w:basedOn w:val="Standaard"/>
    <w:uiPriority w:val="34"/>
    <w:qFormat/>
    <w:rsid w:val="00FC693F"/>
    <w:pPr>
      <w:ind w:left="720"/>
      <w:contextualSpacing/>
    </w:pPr>
  </w:style>
  <w:style w:type="paragraph" w:styleId="Plattetekst">
    <w:name w:val="Body Text"/>
    <w:basedOn w:val="Standaard"/>
    <w:link w:val="PlattetekstChar"/>
    <w:uiPriority w:val="99"/>
    <w:unhideWhenUsed/>
    <w:rsid w:val="00AA1D8D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rsid w:val="00AA1D8D"/>
  </w:style>
  <w:style w:type="paragraph" w:styleId="Plattetekst2">
    <w:name w:val="Body Text 2"/>
    <w:basedOn w:val="Standaard"/>
    <w:link w:val="Plattetekst2Char"/>
    <w:uiPriority w:val="99"/>
    <w:unhideWhenUsed/>
    <w:rsid w:val="00AA1D8D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rsid w:val="00AA1D8D"/>
  </w:style>
  <w:style w:type="paragraph" w:styleId="Plattetekst3">
    <w:name w:val="Body Text 3"/>
    <w:basedOn w:val="Standaard"/>
    <w:link w:val="Platteteks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rsid w:val="00AA1D8D"/>
    <w:rPr>
      <w:sz w:val="16"/>
      <w:szCs w:val="16"/>
    </w:rPr>
  </w:style>
  <w:style w:type="paragraph" w:styleId="Lijst">
    <w:name w:val="List"/>
    <w:basedOn w:val="Standaard"/>
    <w:uiPriority w:val="99"/>
    <w:unhideWhenUsed/>
    <w:rsid w:val="00AA1D8D"/>
    <w:pPr>
      <w:ind w:left="360" w:hanging="360"/>
      <w:contextualSpacing/>
    </w:pPr>
  </w:style>
  <w:style w:type="paragraph" w:styleId="Lijst2">
    <w:name w:val="List 2"/>
    <w:basedOn w:val="Standaard"/>
    <w:uiPriority w:val="99"/>
    <w:unhideWhenUsed/>
    <w:rsid w:val="00326F90"/>
    <w:pPr>
      <w:ind w:left="720" w:hanging="360"/>
      <w:contextualSpacing/>
    </w:pPr>
  </w:style>
  <w:style w:type="paragraph" w:styleId="Lijst3">
    <w:name w:val="List 3"/>
    <w:basedOn w:val="Standaard"/>
    <w:uiPriority w:val="99"/>
    <w:unhideWhenUsed/>
    <w:rsid w:val="00326F90"/>
    <w:pPr>
      <w:ind w:left="1080" w:hanging="360"/>
      <w:contextualSpacing/>
    </w:pPr>
  </w:style>
  <w:style w:type="paragraph" w:styleId="Lijstopsomteken">
    <w:name w:val="List Bullet"/>
    <w:basedOn w:val="Standaard"/>
    <w:uiPriority w:val="99"/>
    <w:unhideWhenUsed/>
    <w:rsid w:val="00326F90"/>
    <w:pPr>
      <w:numPr>
        <w:numId w:val="1"/>
      </w:numPr>
      <w:contextualSpacing/>
    </w:pPr>
  </w:style>
  <w:style w:type="paragraph" w:styleId="Lijstopsomteken2">
    <w:name w:val="List Bullet 2"/>
    <w:basedOn w:val="Standaard"/>
    <w:uiPriority w:val="99"/>
    <w:unhideWhenUsed/>
    <w:rsid w:val="00326F90"/>
    <w:pPr>
      <w:numPr>
        <w:numId w:val="2"/>
      </w:numPr>
      <w:contextualSpacing/>
    </w:pPr>
  </w:style>
  <w:style w:type="paragraph" w:styleId="Lijstopsomteken3">
    <w:name w:val="List Bullet 3"/>
    <w:basedOn w:val="Standaard"/>
    <w:uiPriority w:val="99"/>
    <w:unhideWhenUsed/>
    <w:rsid w:val="00326F90"/>
    <w:pPr>
      <w:numPr>
        <w:numId w:val="3"/>
      </w:numPr>
      <w:contextualSpacing/>
    </w:pPr>
  </w:style>
  <w:style w:type="paragraph" w:styleId="Lijstnummering">
    <w:name w:val="List Number"/>
    <w:basedOn w:val="Standaard"/>
    <w:uiPriority w:val="99"/>
    <w:unhideWhenUsed/>
    <w:rsid w:val="00326F90"/>
    <w:pPr>
      <w:numPr>
        <w:numId w:val="5"/>
      </w:numPr>
      <w:contextualSpacing/>
    </w:pPr>
  </w:style>
  <w:style w:type="paragraph" w:styleId="Lijstnummering2">
    <w:name w:val="List Number 2"/>
    <w:basedOn w:val="Standaard"/>
    <w:uiPriority w:val="99"/>
    <w:unhideWhenUsed/>
    <w:rsid w:val="0029639D"/>
    <w:pPr>
      <w:numPr>
        <w:numId w:val="6"/>
      </w:numPr>
      <w:contextualSpacing/>
    </w:pPr>
  </w:style>
  <w:style w:type="paragraph" w:styleId="Lijstnummering3">
    <w:name w:val="List Number 3"/>
    <w:basedOn w:val="Standaard"/>
    <w:uiPriority w:val="99"/>
    <w:unhideWhenUsed/>
    <w:rsid w:val="0029639D"/>
    <w:pPr>
      <w:numPr>
        <w:numId w:val="7"/>
      </w:numPr>
      <w:contextualSpacing/>
    </w:pPr>
  </w:style>
  <w:style w:type="paragraph" w:styleId="Lijstvoortzetting">
    <w:name w:val="List Continue"/>
    <w:basedOn w:val="Standaard"/>
    <w:uiPriority w:val="99"/>
    <w:unhideWhenUsed/>
    <w:rsid w:val="0029639D"/>
    <w:pPr>
      <w:spacing w:after="120"/>
      <w:ind w:left="360"/>
      <w:contextualSpacing/>
    </w:pPr>
  </w:style>
  <w:style w:type="paragraph" w:styleId="Lijstvoortzetting2">
    <w:name w:val="List Continue 2"/>
    <w:basedOn w:val="Standaard"/>
    <w:uiPriority w:val="99"/>
    <w:unhideWhenUsed/>
    <w:rsid w:val="0029639D"/>
    <w:pPr>
      <w:spacing w:after="120"/>
      <w:ind w:left="720"/>
      <w:contextualSpacing/>
    </w:pPr>
  </w:style>
  <w:style w:type="paragraph" w:styleId="Lijstvoortzetting3">
    <w:name w:val="List Continue 3"/>
    <w:basedOn w:val="Standaard"/>
    <w:uiPriority w:val="99"/>
    <w:unhideWhenUsed/>
    <w:rsid w:val="0029639D"/>
    <w:pPr>
      <w:spacing w:after="120"/>
      <w:ind w:left="1080"/>
      <w:contextualSpacing/>
    </w:pPr>
  </w:style>
  <w:style w:type="paragraph" w:styleId="Macrotekst">
    <w:name w:val="macro"/>
    <w:link w:val="Macroteks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rsid w:val="0029639D"/>
    <w:rPr>
      <w:rFonts w:ascii="Courier" w:hAnsi="Courier"/>
      <w:sz w:val="20"/>
      <w:szCs w:val="20"/>
    </w:rPr>
  </w:style>
  <w:style w:type="paragraph" w:styleId="Citaat">
    <w:name w:val="Quote"/>
    <w:basedOn w:val="Standaard"/>
    <w:next w:val="Standaard"/>
    <w:link w:val="CitaatChar"/>
    <w:uiPriority w:val="29"/>
    <w:qFormat/>
    <w:rsid w:val="00FC693F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FC693F"/>
    <w:rPr>
      <w:i/>
      <w:iCs/>
      <w:color w:val="000000" w:themeColor="text1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Zwaar">
    <w:name w:val="Strong"/>
    <w:basedOn w:val="Standaardalinea-lettertype"/>
    <w:uiPriority w:val="22"/>
    <w:qFormat/>
    <w:rsid w:val="00FC693F"/>
    <w:rPr>
      <w:b/>
      <w:bCs/>
    </w:rPr>
  </w:style>
  <w:style w:type="character" w:styleId="Nadruk">
    <w:name w:val="Emphasis"/>
    <w:basedOn w:val="Standaardalinea-lettertype"/>
    <w:uiPriority w:val="20"/>
    <w:qFormat/>
    <w:rsid w:val="00FC693F"/>
    <w:rPr>
      <w:i/>
      <w:iCs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C693F"/>
    <w:rPr>
      <w:b/>
      <w:bCs/>
      <w:i/>
      <w:iCs/>
      <w:color w:val="4F81BD" w:themeColor="accent1"/>
    </w:rPr>
  </w:style>
  <w:style w:type="character" w:styleId="Subtielebenadrukking">
    <w:name w:val="Subtle Emphasis"/>
    <w:basedOn w:val="Standaardalinea-lettertype"/>
    <w:uiPriority w:val="19"/>
    <w:qFormat/>
    <w:rsid w:val="00FC693F"/>
    <w:rPr>
      <w:i/>
      <w:iCs/>
      <w:color w:val="808080" w:themeColor="text1" w:themeTint="7F"/>
    </w:rPr>
  </w:style>
  <w:style w:type="character" w:styleId="Intensievebenadrukking">
    <w:name w:val="Intense Emphasis"/>
    <w:basedOn w:val="Standaardalinea-lettertype"/>
    <w:uiPriority w:val="21"/>
    <w:qFormat/>
    <w:rsid w:val="00FC693F"/>
    <w:rPr>
      <w:b/>
      <w:bCs/>
      <w:i/>
      <w:iCs/>
      <w:color w:val="4F81BD" w:themeColor="accent1"/>
    </w:rPr>
  </w:style>
  <w:style w:type="character" w:styleId="Subtieleverwijzing">
    <w:name w:val="Subtle Reference"/>
    <w:basedOn w:val="Standaardalinea-lettertype"/>
    <w:uiPriority w:val="31"/>
    <w:qFormat/>
    <w:rsid w:val="00FC693F"/>
    <w:rPr>
      <w:smallCaps/>
      <w:color w:val="C0504D" w:themeColor="accent2"/>
      <w:u w:val="single"/>
    </w:rPr>
  </w:style>
  <w:style w:type="character" w:styleId="Intensieveverwijzing">
    <w:name w:val="Intense Reference"/>
    <w:basedOn w:val="Standaardalinea-lettertype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qFormat/>
    <w:rsid w:val="00FC693F"/>
    <w:rPr>
      <w:b/>
      <w:bCs/>
      <w:smallCaps/>
      <w:spacing w:val="5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C693F"/>
    <w:pPr>
      <w:outlineLvl w:val="9"/>
    </w:pPr>
  </w:style>
  <w:style w:type="table" w:styleId="Tabelraster">
    <w:name w:val="Table Grid"/>
    <w:basedOn w:val="Standaardtabe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chtearcering">
    <w:name w:val="Light Shading"/>
    <w:basedOn w:val="Standaardtabe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chtearcering-accent2">
    <w:name w:val="Light Shading Accent 2"/>
    <w:basedOn w:val="Standaardtabe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chtearcering-accent3">
    <w:name w:val="Light Shading Accent 3"/>
    <w:basedOn w:val="Standaardtabe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chtearcering-accent4">
    <w:name w:val="Light Shading Accent 4"/>
    <w:basedOn w:val="Standaardtabe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chtearcering-accent5">
    <w:name w:val="Light Shading Accent 5"/>
    <w:basedOn w:val="Standaardtabe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chtearcering-accent6">
    <w:name w:val="Light Shading Accent 6"/>
    <w:basedOn w:val="Standaardtabe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chtelijst">
    <w:name w:val="Light List"/>
    <w:basedOn w:val="Standaardtabe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chtelijst-accent2">
    <w:name w:val="Light List Accent 2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chtelijst-accent3">
    <w:name w:val="Light List Accent 3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chtelijst-accent4">
    <w:name w:val="Light List Accent 4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chtelijst-accent5">
    <w:name w:val="Light List Accent 5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chtelijst-accent6">
    <w:name w:val="Light List Accent 6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chtraster">
    <w:name w:val="Light Grid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chtraster-accent2">
    <w:name w:val="Light Grid Accent 2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chtraster-accent3">
    <w:name w:val="Light Grid Accent 3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chtraster-accent4">
    <w:name w:val="Light Grid Accent 4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chtraster-accent5">
    <w:name w:val="Light Grid Accent 5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chtraster-accent6">
    <w:name w:val="Light Grid Accent 6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Gemiddeldearcering1">
    <w:name w:val="Medium Shading 1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Gemiddeldelijst1-accent2">
    <w:name w:val="Medium List 1 Accent 2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Gemiddeldelijst1-accent3">
    <w:name w:val="Medium List 1 Accent 3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Gemiddeldelijst1-accent4">
    <w:name w:val="Medium List 1 Accent 4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Gemiddeldelijst1-accent5">
    <w:name w:val="Medium List 1 Accent 5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Gemiddeldelijst1-accent6">
    <w:name w:val="Medium List 1 Accent 6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Gemiddeldelijst2">
    <w:name w:val="Medium List 2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raster1">
    <w:name w:val="Medium Grid 1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1-accent1">
    <w:name w:val="Medium Grid 1 Accent 1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emiddeldraster1-accent2">
    <w:name w:val="Medium Grid 1 Accent 2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emiddeldraster1-accent3">
    <w:name w:val="Medium Grid 1 Accent 3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emiddeldraster1-accent4">
    <w:name w:val="Medium Grid 1 Accent 4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emiddeldraster1-accent5">
    <w:name w:val="Medium Grid 1 Accent 5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emiddeldraster1-accent6">
    <w:name w:val="Medium Grid 1 Accent 6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emiddeldraster2">
    <w:name w:val="Medium Grid 2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raster3-accent1">
    <w:name w:val="Medium Grid 3 Accent 1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emiddeldraster3-accent2">
    <w:name w:val="Medium Grid 3 Accent 2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emiddeldraster3-accent3">
    <w:name w:val="Medium Grid 3 Accent 3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emiddeldraster3-accent4">
    <w:name w:val="Medium Grid 3 Accent 4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emiddeldraster3-accent5">
    <w:name w:val="Medium Grid 3 Accent 5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emiddeldraster3-accent6">
    <w:name w:val="Medium Grid 3 Accent 6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onkerelijst">
    <w:name w:val="Dark List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onkerelijst-accent1">
    <w:name w:val="Dark List Accent 1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onkerelijst-accent2">
    <w:name w:val="Dark List Accent 2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onkerelijst-accent3">
    <w:name w:val="Dark List Accent 3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onkerelijst-accent4">
    <w:name w:val="Dark List Accent 4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onkerelijst-accent5">
    <w:name w:val="Dark List Accent 5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onkerelijst-accent6">
    <w:name w:val="Dark List Accent 6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leurrijkearcering">
    <w:name w:val="Colorful Shading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2">
    <w:name w:val="Colorful Shading Accent 2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earcering-accent4">
    <w:name w:val="Colorful Shading Accent 4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6">
    <w:name w:val="Colorful Shading Accent 6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lijst">
    <w:name w:val="Colorful List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eurrijkelijst-accent1">
    <w:name w:val="Colorful List Accent 1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leurrijkelijst-accent2">
    <w:name w:val="Colorful List Accent 2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leurrijkelijst-accent3">
    <w:name w:val="Colorful List Accent 3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leurrijkelijst-accent4">
    <w:name w:val="Colorful List Accent 4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leurrijkelijst-accent5">
    <w:name w:val="Colorful List Accent 5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leurrijkelijst-accent6">
    <w:name w:val="Colorful List Accent 6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leurrijkraster">
    <w:name w:val="Colorful Grid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raster-accent1">
    <w:name w:val="Colorful Grid Accent 1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leurrijkraster-accent2">
    <w:name w:val="Colorful Grid Accent 2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leurrijkraster-accent3">
    <w:name w:val="Colorful Grid Accent 3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raster-accent4">
    <w:name w:val="Colorful Grid Accent 4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leurrijkraster-accent5">
    <w:name w:val="Colorful Grid Accent 5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leurrijkraster-accent6">
    <w:name w:val="Colorful Grid Accent 6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326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384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Bastiaan Hummel</cp:lastModifiedBy>
  <cp:revision>2</cp:revision>
  <dcterms:created xsi:type="dcterms:W3CDTF">2026-08-26T11:31:00Z</dcterms:created>
  <dcterms:modified xsi:type="dcterms:W3CDTF">2026-08-26T11:31:00Z</dcterms:modified>
  <cp:category/>
</cp:coreProperties>
</file>